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829EE" w14:textId="1AB76CA6" w:rsidR="00A76051" w:rsidRPr="00A76051" w:rsidRDefault="00000000" w:rsidP="00A76051">
      <w:pPr>
        <w:spacing w:after="20"/>
        <w:ind w:leftChars="50" w:left="90" w:rightChars="50" w:right="90"/>
        <w:jc w:val="center"/>
        <w:rPr>
          <w:rFonts w:ascii="宋体" w:eastAsia="宋体" w:hAnsi="宋体" w:hint="eastAsia"/>
          <w:b/>
          <w:color w:val="000000" w:themeColor="text1"/>
          <w:sz w:val="44"/>
          <w:szCs w:val="44"/>
          <w:lang w:eastAsia="zh-CN"/>
        </w:rPr>
      </w:pPr>
      <w:r w:rsidRPr="00A76051">
        <w:rPr>
          <w:rFonts w:ascii="宋体" w:eastAsia="宋体" w:hAnsi="宋体"/>
          <w:b/>
          <w:color w:val="000000" w:themeColor="text1"/>
          <w:sz w:val="44"/>
          <w:szCs w:val="44"/>
          <w:lang w:eastAsia="zh-CN"/>
        </w:rPr>
        <w:t>附件1  参赛报名表</w:t>
      </w:r>
    </w:p>
    <w:p w14:paraId="35187B1F" w14:textId="07381CCC" w:rsidR="00A76051" w:rsidRPr="00A76051" w:rsidRDefault="00000000" w:rsidP="00A76051">
      <w:pPr>
        <w:spacing w:beforeLines="100" w:before="240" w:after="100" w:line="240" w:lineRule="auto"/>
        <w:ind w:leftChars="200" w:left="360" w:rightChars="200" w:right="360"/>
        <w:jc w:val="both"/>
        <w:rPr>
          <w:rFonts w:ascii="宋体" w:eastAsia="宋体" w:hAnsi="宋体" w:hint="eastAsia"/>
          <w:color w:val="000000" w:themeColor="text1"/>
          <w:szCs w:val="18"/>
          <w:lang w:eastAsia="zh-CN"/>
        </w:rPr>
      </w:pPr>
      <w:r w:rsidRPr="00A76051">
        <w:rPr>
          <w:rFonts w:ascii="宋体" w:eastAsia="宋体" w:hAnsi="宋体"/>
          <w:color w:val="000000" w:themeColor="text1"/>
          <w:szCs w:val="18"/>
          <w:lang w:eastAsia="zh-CN"/>
        </w:rPr>
        <w:t>填写说明：本表由个人参赛者或团队负责人填写，每件作品填写一份；团队参赛人数不超过5人（含1—2名指导教师），由负责人统一填报。填写完成后交所在学院统一汇总。请确保作品名称、赛道及负责人信息与作品文件一致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04"/>
        <w:gridCol w:w="6860"/>
      </w:tblGrid>
      <w:tr w:rsidR="00E21B8A" w:rsidRPr="00A76051" w14:paraId="182026AF" w14:textId="77777777" w:rsidTr="00347C3F">
        <w:trPr>
          <w:trHeight w:val="765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C1B4C8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参赛赛道</w:t>
            </w:r>
          </w:p>
          <w:p w14:paraId="44629E11" w14:textId="5469292B" w:rsidR="00A76051" w:rsidRPr="00A76051" w:rsidRDefault="00A76051" w:rsidP="00A76051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13"/>
                <w:szCs w:val="13"/>
                <w:lang w:eastAsia="zh-CN"/>
              </w:rPr>
            </w:pPr>
            <w:r w:rsidRPr="00A76051">
              <w:rPr>
                <w:rFonts w:ascii="宋体" w:eastAsia="宋体" w:hAnsi="宋体"/>
                <w:color w:val="808080" w:themeColor="background1" w:themeShade="80"/>
                <w:sz w:val="13"/>
                <w:szCs w:val="13"/>
                <w:lang w:eastAsia="zh-CN"/>
              </w:rPr>
              <w:t>柿子文创设计</w:t>
            </w:r>
            <w:r w:rsidRPr="00A76051">
              <w:rPr>
                <w:rFonts w:ascii="宋体" w:eastAsia="宋体" w:hAnsi="宋体" w:hint="eastAsia"/>
                <w:color w:val="808080" w:themeColor="background1" w:themeShade="80"/>
                <w:sz w:val="13"/>
                <w:szCs w:val="13"/>
                <w:lang w:eastAsia="zh-CN"/>
              </w:rPr>
              <w:t>/</w:t>
            </w:r>
            <w:r w:rsidRPr="00A76051">
              <w:rPr>
                <w:rFonts w:ascii="宋体" w:eastAsia="宋体" w:hAnsi="宋体"/>
                <w:color w:val="808080" w:themeColor="background1" w:themeShade="80"/>
                <w:sz w:val="13"/>
                <w:szCs w:val="13"/>
                <w:lang w:eastAsia="zh-CN"/>
              </w:rPr>
              <w:t>柿子产品包装设计</w:t>
            </w:r>
            <w:r w:rsidRPr="00A76051">
              <w:rPr>
                <w:rFonts w:ascii="宋体" w:eastAsia="宋体" w:hAnsi="宋体" w:hint="eastAsia"/>
                <w:color w:val="808080" w:themeColor="background1" w:themeShade="80"/>
                <w:sz w:val="13"/>
                <w:szCs w:val="13"/>
                <w:lang w:eastAsia="zh-CN"/>
              </w:rPr>
              <w:t>/</w:t>
            </w:r>
            <w:r w:rsidRPr="00A76051">
              <w:rPr>
                <w:rFonts w:ascii="宋体" w:eastAsia="宋体" w:hAnsi="宋体"/>
                <w:color w:val="808080" w:themeColor="background1" w:themeShade="80"/>
                <w:sz w:val="13"/>
                <w:szCs w:val="13"/>
                <w:lang w:eastAsia="zh-CN"/>
              </w:rPr>
              <w:t>数字IP与AI创意</w:t>
            </w:r>
            <w:r w:rsidRPr="00A76051">
              <w:rPr>
                <w:rFonts w:ascii="宋体" w:eastAsia="宋体" w:hAnsi="宋体" w:hint="eastAsia"/>
                <w:color w:val="808080" w:themeColor="background1" w:themeShade="80"/>
                <w:sz w:val="13"/>
                <w:szCs w:val="13"/>
                <w:lang w:eastAsia="zh-CN"/>
              </w:rPr>
              <w:t>/</w:t>
            </w:r>
            <w:r w:rsidRPr="00A76051">
              <w:rPr>
                <w:rFonts w:ascii="宋体" w:eastAsia="宋体" w:hAnsi="宋体"/>
                <w:color w:val="808080" w:themeColor="background1" w:themeShade="80"/>
                <w:sz w:val="13"/>
                <w:szCs w:val="13"/>
                <w:lang w:eastAsia="zh-CN"/>
              </w:rPr>
              <w:t>柿子广场空间视觉设计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56B9BC" w14:textId="0F62F71A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E21B8A" w:rsidRPr="00A76051" w14:paraId="5A7933ED" w14:textId="77777777" w:rsidTr="00347C3F">
        <w:trPr>
          <w:trHeight w:val="367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78C2B2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作品名称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D1E634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1B8A" w:rsidRPr="00A76051" w14:paraId="13135493" w14:textId="77777777" w:rsidTr="00347C3F">
        <w:trPr>
          <w:trHeight w:val="272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FFD769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  <w:t>参赛形式</w:t>
            </w:r>
          </w:p>
          <w:p w14:paraId="76C9FF88" w14:textId="5DBC50CF" w:rsidR="00A76051" w:rsidRPr="00A76051" w:rsidRDefault="00A76051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13"/>
                <w:szCs w:val="13"/>
                <w:lang w:eastAsia="zh-CN"/>
              </w:rPr>
            </w:pPr>
            <w:r w:rsidRPr="00A76051">
              <w:rPr>
                <w:rFonts w:ascii="宋体" w:eastAsia="宋体" w:hAnsi="宋体"/>
                <w:color w:val="808080" w:themeColor="background1" w:themeShade="80"/>
                <w:sz w:val="13"/>
                <w:szCs w:val="13"/>
                <w:lang w:eastAsia="zh-CN"/>
              </w:rPr>
              <w:t>个人参赛</w:t>
            </w:r>
            <w:r>
              <w:rPr>
                <w:rFonts w:ascii="宋体" w:eastAsia="宋体" w:hAnsi="宋体" w:hint="eastAsia"/>
                <w:color w:val="808080" w:themeColor="background1" w:themeShade="80"/>
                <w:sz w:val="13"/>
                <w:szCs w:val="13"/>
                <w:lang w:eastAsia="zh-CN"/>
              </w:rPr>
              <w:t>/</w:t>
            </w:r>
            <w:r w:rsidRPr="00A76051">
              <w:rPr>
                <w:rFonts w:ascii="宋体" w:eastAsia="宋体" w:hAnsi="宋体"/>
                <w:color w:val="808080" w:themeColor="background1" w:themeShade="80"/>
                <w:sz w:val="13"/>
                <w:szCs w:val="13"/>
                <w:lang w:eastAsia="zh-CN"/>
              </w:rPr>
              <w:t>团队参赛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5D0EF3" w14:textId="576BBC26" w:rsidR="00E21B8A" w:rsidRPr="00A76051" w:rsidRDefault="00E21B8A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E21B8A" w:rsidRPr="00A76051" w14:paraId="0EA03F2F" w14:textId="77777777" w:rsidTr="00347C3F">
        <w:trPr>
          <w:trHeight w:val="341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A04C23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负责人姓名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95D886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1B8A" w:rsidRPr="00A76051" w14:paraId="6785A9BE" w14:textId="77777777" w:rsidTr="00347C3F">
        <w:trPr>
          <w:trHeight w:val="449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A4B1E3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所属学院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4913B4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1B8A" w:rsidRPr="00A76051" w14:paraId="42540A25" w14:textId="77777777" w:rsidTr="00347C3F">
        <w:trPr>
          <w:trHeight w:val="101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CDD78F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年级、专业、班级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D35441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1B8A" w:rsidRPr="00A76051" w14:paraId="6E040606" w14:textId="77777777" w:rsidTr="00347C3F">
        <w:trPr>
          <w:trHeight w:val="456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600B0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253236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21B8A" w:rsidRPr="00A76051" w14:paraId="1FE292E5" w14:textId="77777777" w:rsidTr="00347C3F">
        <w:trPr>
          <w:trHeight w:val="277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680E2A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  <w:t>指导教师（无则填“无”）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F43002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E21B8A" w:rsidRPr="00A76051" w14:paraId="3F231A7F" w14:textId="77777777" w:rsidTr="00347C3F">
        <w:trPr>
          <w:trHeight w:val="345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2A30AF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  <w:t>团队成员（不含负责人）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9A8D14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color w:val="808080" w:themeColor="background1" w:themeShade="80"/>
                <w:sz w:val="24"/>
                <w:szCs w:val="24"/>
                <w:lang w:eastAsia="zh-CN"/>
              </w:rPr>
              <w:t>个人参赛填“无”；团队成员请填写姓名、学院及班级。</w:t>
            </w:r>
          </w:p>
        </w:tc>
      </w:tr>
      <w:tr w:rsidR="00E21B8A" w:rsidRPr="00A76051" w14:paraId="19A5C4D7" w14:textId="77777777" w:rsidTr="00347C3F">
        <w:trPr>
          <w:trHeight w:val="285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BC58FF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  <w:t>是否使用AI辅助创作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AF06D5" w14:textId="534B11FD" w:rsidR="00E21B8A" w:rsidRPr="00A76051" w:rsidRDefault="00E21B8A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E21B8A" w:rsidRPr="00A76051" w14:paraId="1A10CE2F" w14:textId="77777777" w:rsidTr="00347C3F">
        <w:trPr>
          <w:trHeight w:val="83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7D2D12" w14:textId="77777777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</w:rPr>
              <w:t>AI参与环节说明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36D185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color w:val="808080" w:themeColor="background1" w:themeShade="80"/>
                <w:sz w:val="24"/>
                <w:szCs w:val="24"/>
                <w:lang w:eastAsia="zh-CN"/>
              </w:rPr>
              <w:t>未使用AI请填“无”；如使用，请简述参与环节及本人/团队完成的主要工作。</w:t>
            </w:r>
          </w:p>
        </w:tc>
      </w:tr>
      <w:tr w:rsidR="00E21B8A" w:rsidRPr="00A76051" w14:paraId="6390A91B" w14:textId="77777777" w:rsidTr="00347C3F">
        <w:trPr>
          <w:trHeight w:val="3128"/>
          <w:jc w:val="center"/>
        </w:trPr>
        <w:tc>
          <w:tcPr>
            <w:tcW w:w="2404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C2A603" w14:textId="4FFCE208" w:rsidR="00E21B8A" w:rsidRPr="00A76051" w:rsidRDefault="00000000">
            <w:pPr>
              <w:spacing w:after="0" w:line="240" w:lineRule="auto"/>
              <w:jc w:val="center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  <w:t>作品简介/设计理念（</w:t>
            </w:r>
            <w:r w:rsidR="00A76051">
              <w:rPr>
                <w:rFonts w:ascii="宋体" w:eastAsia="宋体" w:hAnsi="宋体" w:hint="eastAsia"/>
                <w:b/>
                <w:color w:val="000000" w:themeColor="text1"/>
                <w:sz w:val="24"/>
                <w:szCs w:val="24"/>
                <w:lang w:eastAsia="zh-CN"/>
              </w:rPr>
              <w:t>3</w:t>
            </w:r>
            <w:r w:rsidRPr="00A76051">
              <w:rPr>
                <w:rFonts w:ascii="宋体" w:eastAsia="宋体" w:hAnsi="宋体"/>
                <w:b/>
                <w:color w:val="000000" w:themeColor="text1"/>
                <w:sz w:val="24"/>
                <w:szCs w:val="24"/>
                <w:lang w:eastAsia="zh-CN"/>
              </w:rPr>
              <w:t>00字以内）</w:t>
            </w:r>
          </w:p>
        </w:tc>
        <w:tc>
          <w:tcPr>
            <w:tcW w:w="6860" w:type="dxa"/>
            <w:shd w:val="clear" w:color="auto" w:fill="FFFFFF" w:themeFill="background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6778C2" w14:textId="77777777" w:rsidR="00E21B8A" w:rsidRPr="00A76051" w:rsidRDefault="00000000">
            <w:pPr>
              <w:spacing w:after="0" w:line="240" w:lineRule="auto"/>
              <w:rPr>
                <w:rFonts w:ascii="宋体" w:eastAsia="宋体" w:hAnsi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A76051">
              <w:rPr>
                <w:rFonts w:ascii="宋体" w:eastAsia="宋体" w:hAnsi="宋体"/>
                <w:color w:val="808080" w:themeColor="background1" w:themeShade="80"/>
                <w:sz w:val="24"/>
                <w:szCs w:val="24"/>
                <w:lang w:eastAsia="zh-CN"/>
              </w:rPr>
              <w:t>请简要介绍创作理念、设计特色及主要内容。</w:t>
            </w:r>
          </w:p>
        </w:tc>
      </w:tr>
    </w:tbl>
    <w:p w14:paraId="3FB449C0" w14:textId="77777777" w:rsidR="00E21B8A" w:rsidRDefault="00000000" w:rsidP="00A76051">
      <w:pPr>
        <w:spacing w:before="100" w:line="240" w:lineRule="auto"/>
        <w:ind w:leftChars="200" w:left="360" w:rightChars="200" w:right="360"/>
        <w:rPr>
          <w:rFonts w:ascii="宋体" w:eastAsia="宋体" w:hAnsi="宋体"/>
          <w:color w:val="000000" w:themeColor="text1"/>
          <w:szCs w:val="18"/>
          <w:lang w:eastAsia="zh-CN"/>
        </w:rPr>
      </w:pPr>
      <w:r w:rsidRPr="00A76051">
        <w:rPr>
          <w:rFonts w:ascii="宋体" w:eastAsia="宋体" w:hAnsi="宋体"/>
          <w:b/>
          <w:color w:val="000000" w:themeColor="text1"/>
          <w:szCs w:val="18"/>
          <w:lang w:eastAsia="zh-CN"/>
        </w:rPr>
        <w:t>参赛承诺：</w:t>
      </w:r>
      <w:r w:rsidRPr="00A76051">
        <w:rPr>
          <w:rFonts w:ascii="宋体" w:eastAsia="宋体" w:hAnsi="宋体"/>
          <w:color w:val="000000" w:themeColor="text1"/>
          <w:szCs w:val="18"/>
          <w:lang w:eastAsia="zh-CN"/>
        </w:rPr>
        <w:t>本人/团队承诺所提交作品信息真实，作品为原创，不侵犯他人知识产权、肖像权及其他合法权益；作品内容健康、积极，符合国家法律法规及学校相关要求。使用AI辅助创作的，将如实说明相关情况，并对作品内容及相关权利负责。</w:t>
      </w:r>
    </w:p>
    <w:p w14:paraId="3117D5B5" w14:textId="77777777" w:rsidR="00A76051" w:rsidRPr="00A76051" w:rsidRDefault="00A76051" w:rsidP="00A76051">
      <w:pPr>
        <w:spacing w:before="100" w:line="240" w:lineRule="auto"/>
        <w:ind w:leftChars="200" w:left="360" w:rightChars="200" w:right="360"/>
        <w:rPr>
          <w:rFonts w:ascii="宋体" w:eastAsia="宋体" w:hAnsi="宋体" w:hint="eastAsia"/>
          <w:color w:val="000000" w:themeColor="text1"/>
          <w:szCs w:val="18"/>
          <w:lang w:eastAsia="zh-CN"/>
        </w:rPr>
      </w:pPr>
    </w:p>
    <w:p w14:paraId="2672BC88" w14:textId="77777777" w:rsidR="00A76051" w:rsidRDefault="00000000" w:rsidP="00A76051">
      <w:pPr>
        <w:spacing w:before="80"/>
        <w:jc w:val="right"/>
        <w:rPr>
          <w:rFonts w:ascii="宋体" w:eastAsia="宋体" w:hAnsi="宋体"/>
          <w:color w:val="000000" w:themeColor="text1"/>
          <w:sz w:val="24"/>
          <w:szCs w:val="24"/>
          <w:lang w:eastAsia="zh-CN"/>
        </w:rPr>
      </w:pPr>
      <w:r w:rsidRPr="00A76051">
        <w:rPr>
          <w:rFonts w:ascii="宋体" w:eastAsia="宋体" w:hAnsi="宋体"/>
          <w:color w:val="000000" w:themeColor="text1"/>
          <w:sz w:val="24"/>
          <w:szCs w:val="24"/>
          <w:lang w:eastAsia="zh-CN"/>
        </w:rPr>
        <w:t xml:space="preserve">负责人确认：____________________    </w:t>
      </w:r>
    </w:p>
    <w:p w14:paraId="027E1588" w14:textId="33783AC1" w:rsidR="00E21B8A" w:rsidRPr="00A76051" w:rsidRDefault="00000000" w:rsidP="00A76051">
      <w:pPr>
        <w:spacing w:before="80"/>
        <w:jc w:val="right"/>
        <w:rPr>
          <w:rFonts w:ascii="宋体" w:eastAsia="宋体" w:hAnsi="宋体" w:hint="eastAsia"/>
          <w:color w:val="000000" w:themeColor="text1"/>
          <w:sz w:val="24"/>
          <w:szCs w:val="24"/>
          <w:lang w:eastAsia="zh-CN"/>
        </w:rPr>
      </w:pPr>
      <w:r w:rsidRPr="00A76051">
        <w:rPr>
          <w:rFonts w:ascii="宋体" w:eastAsia="宋体" w:hAnsi="宋体"/>
          <w:color w:val="000000" w:themeColor="text1"/>
          <w:sz w:val="24"/>
          <w:szCs w:val="24"/>
          <w:lang w:eastAsia="zh-CN"/>
        </w:rPr>
        <w:t>日期：______年____月____日</w:t>
      </w:r>
    </w:p>
    <w:sectPr w:rsidR="00E21B8A" w:rsidRPr="00A76051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47B4B" w14:textId="77777777" w:rsidR="00F56F2D" w:rsidRDefault="00F56F2D" w:rsidP="000C31E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BE0D093" w14:textId="77777777" w:rsidR="00F56F2D" w:rsidRDefault="00F56F2D" w:rsidP="000C31E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9682" w14:textId="77777777" w:rsidR="00F56F2D" w:rsidRDefault="00F56F2D" w:rsidP="000C31E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8FFB9D" w14:textId="77777777" w:rsidR="00F56F2D" w:rsidRDefault="00F56F2D" w:rsidP="000C31E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3271371">
    <w:abstractNumId w:val="8"/>
  </w:num>
  <w:num w:numId="2" w16cid:durableId="994839309">
    <w:abstractNumId w:val="6"/>
  </w:num>
  <w:num w:numId="3" w16cid:durableId="2045866508">
    <w:abstractNumId w:val="5"/>
  </w:num>
  <w:num w:numId="4" w16cid:durableId="299652601">
    <w:abstractNumId w:val="4"/>
  </w:num>
  <w:num w:numId="5" w16cid:durableId="1412267948">
    <w:abstractNumId w:val="7"/>
  </w:num>
  <w:num w:numId="6" w16cid:durableId="643242832">
    <w:abstractNumId w:val="3"/>
  </w:num>
  <w:num w:numId="7" w16cid:durableId="693919142">
    <w:abstractNumId w:val="2"/>
  </w:num>
  <w:num w:numId="8" w16cid:durableId="1670062111">
    <w:abstractNumId w:val="1"/>
  </w:num>
  <w:num w:numId="9" w16cid:durableId="124757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1E0"/>
    <w:rsid w:val="0015074B"/>
    <w:rsid w:val="0029639D"/>
    <w:rsid w:val="00326F90"/>
    <w:rsid w:val="00347C3F"/>
    <w:rsid w:val="004A40EA"/>
    <w:rsid w:val="00A76051"/>
    <w:rsid w:val="00AA1D8D"/>
    <w:rsid w:val="00B43C95"/>
    <w:rsid w:val="00B47730"/>
    <w:rsid w:val="00CB0664"/>
    <w:rsid w:val="00E21B8A"/>
    <w:rsid w:val="00F56F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C0087D"/>
  <w14:defaultImageDpi w14:val="300"/>
  <w15:docId w15:val="{7EA0E437-413F-4C4A-9FF5-6741BC26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59" w:lineRule="auto"/>
    </w:pPr>
    <w:rPr>
      <w:rFonts w:ascii="微软雅黑" w:eastAsia="微软雅黑" w:hAnsi="微软雅黑"/>
      <w:color w:val="2D2D2D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9A4E16"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A4E16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259</Words>
  <Characters>280</Characters>
  <Application>Microsoft Office Word</Application>
  <DocSecurity>0</DocSecurity>
  <Lines>25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 参赛报名表</dc:title>
  <dc:subject>安徽建筑大学“柿柿如意”文化活动月之柿子文创设计比赛</dc:subject>
  <dc:creator>设计创意学院</dc:creator>
  <cp:keywords/>
  <dc:description>generated by python-docx</dc:description>
  <cp:lastModifiedBy>Bo Bo</cp:lastModifiedBy>
  <cp:revision>5</cp:revision>
  <dcterms:created xsi:type="dcterms:W3CDTF">2026-10-10T07:08:00Z</dcterms:created>
  <dcterms:modified xsi:type="dcterms:W3CDTF">2026-10-10T07:24:00Z</dcterms:modified>
  <cp:category/>
</cp:coreProperties>
</file>